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שלושת חלקי הדיבר לפי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בחלקי הדיבר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נובח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עצם מציין אדם, חיה, דבר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'רוקד' היא פועל כי היא מתארת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תפקידו של שם התואר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'גבוה' היא שם תואר כי היא מתארת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לדוגמה: הילד הגדול קופץ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זהו תפקיד שם התואר, לא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שואג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דוגמאות לחלק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שלושת חלקי הדיבר מסומנים נכון, למשל: הכלב הקטן רץ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ילדה - חכמה, יפה - קוראת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נכונות לכל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מתאר, פועל מציין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שלושת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בעל פה לפני המעבר לדף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במשחק ההתאמה ככלי חזרה מהיר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שלוש מילים חשובות: שם עצם, שם תואר ופועל. נלמד להכיר כל אחד מהם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 - למשל ילד, כלב, 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 או מרגיש - למשל גדול, 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- למשל רץ, אוכל, 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בה מסר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ולדעת מה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איך משהו נראה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מילת התיאור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שם של דבר או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מצאו את מילת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לציין גם מקום, כמו 'עיר' או 'בית ספר'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'רוקד'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'גבוה'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אחד יכולים להופיע גם שם עצם, גם שם תואר וגם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הוא מילה שמתארת איך משהו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הכלב ה__________ רץ בחצר (מילה שמתארת צבע)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 __________ לבית הספר בבוקר (מילה שמתארת פעולה)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הגדולה עומדת ברחוב (שם של דבר)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התלמידה ה__________ קוראת ספר מעניין (מילה שמתארת)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האריה __________ בג׳ונגל כל הלילה (מילה שמתארת פעולה)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דוגמאות לחלק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שם תואר ופועל, וסמנו כל מילה בצבע אחר (בכתב)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אחד וכתבו לידו שני שמות תואר ופועל אחד המתאימים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עצם, שם תואר ופועל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תואר לפועל?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שלושת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