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שלושת חלקי הדיבר לפי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בחלקי הדיבר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נובח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מציין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'רוקד' היא פועל כי היא מתארת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של שם התואר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'גבוה' היא שם תואר כי היא מתארת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לדוגמה: הילד הגדול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זהו תפקיד שם התואר, לא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שואג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דוגמאות לחלק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שלושת חלקי הדיבר מסומנים נכון, למשל: הכלב הקטן רץ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ילדה - חכמה, יפה - קוראת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נכונות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מתאר, פועל מציין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שלושת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בעל פה לפני המעבר לדף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במשחק ההתאמה ככלי חזרה מהיר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שלושה חלקי דיבר חשובים: שם עצם (מציין אדם, חיה, דבר או מקום), שם תואר (מתאר את שם העצם) ופועל (מציין פעולה).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מבין המילים הבאות הוא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מבין המילים הבאות הוא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מבין המילים הבאות הוא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'הילדה הקטנה רצה מהר' מהו שם התואר?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מתוך הרשימה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'הכלב השחור נובח בחצר' מהו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לציין גם מקום, כמו 'עיר' או 'בית ספר'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'רוקד'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'גבוה'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אחד יכולים להופיע גם שם עצם, גם שם תואר וגם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הוא מילה שמתארת איך משהו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ה__________ רץ בחצר (מילה שמתארת 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 __________ לבית הספר בבוקר (מילה שמתארת פעולה)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הגדולה עומדת ברחוב (שם של דבר)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התלמידה ה__________ קוראת ספר מעניין (מילה שמתארת)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האריה __________ בג׳ונגל כל הלילה (מילה שמתארת פעולה)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דוגמאות לחלק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ופועל, וסמנו כל מילה בצבע אחר (בכתב)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לידו שני שמות תואר ופועל אחד המתאימים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עצם, שם תואר ופועל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תואר לפועל?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שלושת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